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8882E" w14:textId="77777777" w:rsidR="00150C6E" w:rsidRPr="001502BE" w:rsidRDefault="00150C6E">
      <w:pPr>
        <w:pStyle w:val="Title"/>
        <w:rPr>
          <w:rFonts w:ascii="Times New Roman" w:hAnsi="Times New Roman" w:cs="Times New Roman"/>
        </w:rPr>
      </w:pPr>
    </w:p>
    <w:p w14:paraId="4EDC5592" w14:textId="4530A4F9" w:rsidR="00445267" w:rsidRPr="001502BE" w:rsidRDefault="00150C6E" w:rsidP="00150C6E">
      <w:pPr>
        <w:pStyle w:val="Title"/>
        <w:jc w:val="center"/>
        <w:rPr>
          <w:rFonts w:ascii="Times New Roman" w:hAnsi="Times New Roman" w:cs="Times New Roman"/>
          <w:i/>
          <w:iCs/>
        </w:rPr>
      </w:pPr>
      <w:r w:rsidRPr="001502BE">
        <w:rPr>
          <w:rFonts w:ascii="Times New Roman" w:hAnsi="Times New Roman" w:cs="Times New Roman"/>
          <w:i/>
          <w:iCs/>
        </w:rPr>
        <w:t>Pro Bono Accountancy Request</w:t>
      </w:r>
      <w:r w:rsidRPr="001502BE">
        <w:rPr>
          <w:rFonts w:ascii="Times New Roman" w:hAnsi="Times New Roman" w:cs="Times New Roman"/>
          <w:i/>
          <w:iCs/>
        </w:rPr>
        <w:t xml:space="preserve"> Form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503"/>
        <w:gridCol w:w="4819"/>
      </w:tblGrid>
      <w:tr w:rsidR="00150C6E" w:rsidRPr="001502BE" w14:paraId="5D56E227" w14:textId="77777777" w:rsidTr="00D37E02">
        <w:tc>
          <w:tcPr>
            <w:tcW w:w="9322" w:type="dxa"/>
            <w:gridSpan w:val="2"/>
            <w:shd w:val="clear" w:color="auto" w:fill="002060"/>
          </w:tcPr>
          <w:p w14:paraId="0E1F2EE6" w14:textId="743867F6" w:rsidR="00150C6E" w:rsidRPr="001502BE" w:rsidRDefault="001502BE" w:rsidP="00D37E02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02BE">
              <w:rPr>
                <w:rFonts w:ascii="Times New Roman" w:hAnsi="Times New Roman" w:cs="Times New Roman"/>
                <w:b/>
                <w:bCs/>
              </w:rPr>
              <w:t>Business Details and Requirements</w:t>
            </w:r>
          </w:p>
        </w:tc>
      </w:tr>
      <w:tr w:rsidR="00150C6E" w:rsidRPr="001502BE" w14:paraId="13BE93CD" w14:textId="77777777" w:rsidTr="00D37E02">
        <w:trPr>
          <w:trHeight w:val="570"/>
        </w:trPr>
        <w:tc>
          <w:tcPr>
            <w:tcW w:w="4503" w:type="dxa"/>
          </w:tcPr>
          <w:p w14:paraId="692EDFA3" w14:textId="77777777" w:rsidR="00150C6E" w:rsidRPr="009543B0" w:rsidRDefault="00150C6E" w:rsidP="00D37E02">
            <w:pPr>
              <w:rPr>
                <w:rFonts w:ascii="Times New Roman" w:hAnsi="Times New Roman" w:cs="Times New Roman"/>
                <w:b/>
                <w:bCs/>
              </w:rPr>
            </w:pPr>
            <w:r w:rsidRPr="009543B0">
              <w:rPr>
                <w:rFonts w:ascii="Times New Roman" w:hAnsi="Times New Roman" w:cs="Times New Roman"/>
                <w:b/>
                <w:bCs/>
              </w:rPr>
              <w:t>First Name:</w:t>
            </w:r>
          </w:p>
        </w:tc>
        <w:tc>
          <w:tcPr>
            <w:tcW w:w="4819" w:type="dxa"/>
          </w:tcPr>
          <w:p w14:paraId="46465884" w14:textId="77777777" w:rsidR="00150C6E" w:rsidRPr="009543B0" w:rsidRDefault="00150C6E" w:rsidP="00D37E02">
            <w:pPr>
              <w:rPr>
                <w:rFonts w:ascii="Times New Roman" w:hAnsi="Times New Roman" w:cs="Times New Roman"/>
                <w:b/>
                <w:bCs/>
              </w:rPr>
            </w:pPr>
            <w:r w:rsidRPr="009543B0">
              <w:rPr>
                <w:rFonts w:ascii="Times New Roman" w:hAnsi="Times New Roman" w:cs="Times New Roman"/>
                <w:b/>
                <w:bCs/>
              </w:rPr>
              <w:t>Surname:</w:t>
            </w:r>
          </w:p>
        </w:tc>
      </w:tr>
      <w:tr w:rsidR="00150C6E" w:rsidRPr="001502BE" w14:paraId="4D7A1502" w14:textId="77777777" w:rsidTr="00D37E02">
        <w:trPr>
          <w:trHeight w:val="852"/>
        </w:trPr>
        <w:tc>
          <w:tcPr>
            <w:tcW w:w="9322" w:type="dxa"/>
            <w:gridSpan w:val="2"/>
          </w:tcPr>
          <w:p w14:paraId="1138DCC4" w14:textId="2315CE5C" w:rsidR="00150C6E" w:rsidRPr="009543B0" w:rsidRDefault="00150C6E" w:rsidP="00D37E02">
            <w:pPr>
              <w:rPr>
                <w:rFonts w:ascii="Times New Roman" w:hAnsi="Times New Roman" w:cs="Times New Roman"/>
                <w:b/>
                <w:bCs/>
              </w:rPr>
            </w:pPr>
            <w:r w:rsidRPr="009543B0">
              <w:rPr>
                <w:rFonts w:ascii="Times New Roman" w:hAnsi="Times New Roman" w:cs="Times New Roman"/>
                <w:b/>
                <w:bCs/>
              </w:rPr>
              <w:t>Organisation Name:</w:t>
            </w:r>
          </w:p>
        </w:tc>
      </w:tr>
      <w:tr w:rsidR="00150C6E" w:rsidRPr="001502BE" w14:paraId="2F950300" w14:textId="77777777" w:rsidTr="00D37E02">
        <w:trPr>
          <w:trHeight w:val="1128"/>
        </w:trPr>
        <w:tc>
          <w:tcPr>
            <w:tcW w:w="4503" w:type="dxa"/>
          </w:tcPr>
          <w:p w14:paraId="55B61ADE" w14:textId="77777777" w:rsidR="00150C6E" w:rsidRPr="009543B0" w:rsidRDefault="00150C6E" w:rsidP="00D37E02">
            <w:pPr>
              <w:rPr>
                <w:rFonts w:ascii="Times New Roman" w:hAnsi="Times New Roman" w:cs="Times New Roman"/>
                <w:b/>
                <w:bCs/>
              </w:rPr>
            </w:pPr>
            <w:r w:rsidRPr="009543B0">
              <w:rPr>
                <w:rFonts w:ascii="Times New Roman" w:hAnsi="Times New Roman" w:cs="Times New Roman"/>
                <w:b/>
                <w:bCs/>
              </w:rPr>
              <w:t>Preferred Email Address:</w:t>
            </w:r>
          </w:p>
          <w:p w14:paraId="46318F5D" w14:textId="77777777" w:rsidR="00150C6E" w:rsidRPr="009543B0" w:rsidRDefault="00150C6E" w:rsidP="00D37E0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819" w:type="dxa"/>
          </w:tcPr>
          <w:p w14:paraId="7655BF05" w14:textId="77777777" w:rsidR="00150C6E" w:rsidRPr="009543B0" w:rsidRDefault="00150C6E" w:rsidP="00D37E02">
            <w:pPr>
              <w:rPr>
                <w:rFonts w:ascii="Times New Roman" w:hAnsi="Times New Roman" w:cs="Times New Roman"/>
                <w:b/>
                <w:bCs/>
              </w:rPr>
            </w:pPr>
            <w:r w:rsidRPr="009543B0">
              <w:rPr>
                <w:rFonts w:ascii="Times New Roman" w:hAnsi="Times New Roman" w:cs="Times New Roman"/>
                <w:b/>
                <w:bCs/>
              </w:rPr>
              <w:t>Phone Number:</w:t>
            </w:r>
          </w:p>
          <w:p w14:paraId="528E13A8" w14:textId="77777777" w:rsidR="00150C6E" w:rsidRPr="009543B0" w:rsidRDefault="00150C6E" w:rsidP="00D37E0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543B0" w:rsidRPr="001502BE" w14:paraId="281E5125" w14:textId="77777777" w:rsidTr="00A146AA">
        <w:trPr>
          <w:trHeight w:val="1128"/>
        </w:trPr>
        <w:tc>
          <w:tcPr>
            <w:tcW w:w="9322" w:type="dxa"/>
            <w:gridSpan w:val="2"/>
          </w:tcPr>
          <w:p w14:paraId="21AE53EF" w14:textId="77777777" w:rsidR="009543B0" w:rsidRPr="009543B0" w:rsidRDefault="009543B0" w:rsidP="00150C6E">
            <w:pPr>
              <w:rPr>
                <w:rFonts w:ascii="Times New Roman" w:hAnsi="Times New Roman" w:cs="Times New Roman"/>
                <w:b/>
                <w:bCs/>
              </w:rPr>
            </w:pPr>
            <w:r w:rsidRPr="009543B0">
              <w:rPr>
                <w:rFonts w:ascii="Times New Roman" w:hAnsi="Times New Roman" w:cs="Times New Roman"/>
                <w:b/>
                <w:bCs/>
              </w:rPr>
              <w:t>Type of Organisation</w:t>
            </w:r>
            <w:r w:rsidRPr="009543B0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68FCBEDB" w14:textId="77777777" w:rsidR="009543B0" w:rsidRPr="009543B0" w:rsidRDefault="009543B0" w:rsidP="009543B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9543B0">
              <w:rPr>
                <w:rFonts w:ascii="Times New Roman" w:hAnsi="Times New Roman" w:cs="Times New Roman"/>
              </w:rPr>
              <w:t xml:space="preserve">Not-for-Profit, </w:t>
            </w:r>
          </w:p>
          <w:p w14:paraId="0E3C0028" w14:textId="77777777" w:rsidR="009543B0" w:rsidRPr="009543B0" w:rsidRDefault="009543B0" w:rsidP="009543B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9543B0">
              <w:rPr>
                <w:rFonts w:ascii="Times New Roman" w:hAnsi="Times New Roman" w:cs="Times New Roman"/>
              </w:rPr>
              <w:t xml:space="preserve">Charity, </w:t>
            </w:r>
          </w:p>
          <w:p w14:paraId="310C40A4" w14:textId="519E5D6C" w:rsidR="009543B0" w:rsidRPr="009543B0" w:rsidRDefault="009543B0" w:rsidP="009543B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9543B0">
              <w:rPr>
                <w:rFonts w:ascii="Times New Roman" w:hAnsi="Times New Roman" w:cs="Times New Roman"/>
              </w:rPr>
              <w:t xml:space="preserve">Social Enterprise, </w:t>
            </w:r>
          </w:p>
          <w:p w14:paraId="512111CE" w14:textId="52F74C96" w:rsidR="009543B0" w:rsidRPr="009543B0" w:rsidRDefault="009543B0" w:rsidP="009543B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9543B0">
              <w:rPr>
                <w:rFonts w:ascii="Times New Roman" w:hAnsi="Times New Roman" w:cs="Times New Roman"/>
              </w:rPr>
              <w:t xml:space="preserve">Community Group, </w:t>
            </w:r>
          </w:p>
          <w:p w14:paraId="37D6C18E" w14:textId="7441F340" w:rsidR="009543B0" w:rsidRPr="009543B0" w:rsidRDefault="009543B0" w:rsidP="009543B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0685AE" wp14:editId="400914CB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135255</wp:posOffset>
                      </wp:positionV>
                      <wp:extent cx="3621505" cy="0"/>
                      <wp:effectExtent l="0" t="0" r="10795" b="12700"/>
                      <wp:wrapNone/>
                      <wp:docPr id="161076349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2150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39A093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15pt,10.65pt" to="426.3pt,1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" strokecolor="black [3213]" strokeweight=".25pt"/>
                  </w:pict>
                </mc:Fallback>
              </mc:AlternateContent>
            </w:r>
            <w:r w:rsidRPr="009543B0">
              <w:rPr>
                <w:rFonts w:ascii="Times New Roman" w:hAnsi="Times New Roman" w:cs="Times New Roman"/>
              </w:rPr>
              <w:t>Other (Please Specify)</w:t>
            </w:r>
          </w:p>
          <w:p w14:paraId="112E226D" w14:textId="77777777" w:rsidR="009543B0" w:rsidRDefault="009543B0" w:rsidP="00D37E02">
            <w:pPr>
              <w:rPr>
                <w:rFonts w:ascii="Times New Roman" w:hAnsi="Times New Roman" w:cs="Times New Roman"/>
              </w:rPr>
            </w:pPr>
          </w:p>
          <w:p w14:paraId="15A9A4A7" w14:textId="77777777" w:rsidR="009543B0" w:rsidRPr="001502BE" w:rsidRDefault="009543B0" w:rsidP="00D37E02">
            <w:pPr>
              <w:rPr>
                <w:rFonts w:ascii="Times New Roman" w:hAnsi="Times New Roman" w:cs="Times New Roman"/>
              </w:rPr>
            </w:pPr>
          </w:p>
        </w:tc>
      </w:tr>
      <w:tr w:rsidR="00150C6E" w:rsidRPr="001502BE" w14:paraId="14EDED98" w14:textId="77777777" w:rsidTr="00D37E02">
        <w:trPr>
          <w:trHeight w:val="1128"/>
        </w:trPr>
        <w:tc>
          <w:tcPr>
            <w:tcW w:w="4503" w:type="dxa"/>
          </w:tcPr>
          <w:p w14:paraId="69BD842A" w14:textId="77777777" w:rsidR="00150C6E" w:rsidRPr="009543B0" w:rsidRDefault="00150C6E" w:rsidP="00150C6E">
            <w:pPr>
              <w:rPr>
                <w:rFonts w:ascii="Times New Roman" w:hAnsi="Times New Roman" w:cs="Times New Roman"/>
                <w:b/>
                <w:bCs/>
              </w:rPr>
            </w:pPr>
            <w:r w:rsidRPr="009543B0">
              <w:rPr>
                <w:rFonts w:ascii="Times New Roman" w:hAnsi="Times New Roman" w:cs="Times New Roman"/>
                <w:b/>
                <w:bCs/>
              </w:rPr>
              <w:t>What is the timeline for your accounting needs?</w:t>
            </w:r>
            <w:r w:rsidRPr="009543B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543B0">
              <w:rPr>
                <w:rFonts w:ascii="Times New Roman" w:hAnsi="Times New Roman" w:cs="Times New Roman"/>
                <w:b/>
                <w:bCs/>
              </w:rPr>
              <w:t>Urgent (Please explain), In the next 3-6 months, No specific timeline</w:t>
            </w:r>
          </w:p>
          <w:p w14:paraId="7040A4EF" w14:textId="26842E87" w:rsidR="00150C6E" w:rsidRPr="009543B0" w:rsidRDefault="00150C6E" w:rsidP="00150C6E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43D326E" w14:textId="77777777" w:rsidR="00150C6E" w:rsidRPr="009543B0" w:rsidRDefault="00150C6E" w:rsidP="00150C6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819" w:type="dxa"/>
          </w:tcPr>
          <w:p w14:paraId="648C6140" w14:textId="77777777" w:rsidR="009543B0" w:rsidRPr="009543B0" w:rsidRDefault="009543B0" w:rsidP="009543B0">
            <w:pPr>
              <w:rPr>
                <w:rFonts w:ascii="Times New Roman" w:hAnsi="Times New Roman" w:cs="Times New Roman"/>
                <w:b/>
                <w:bCs/>
              </w:rPr>
            </w:pPr>
            <w:r w:rsidRPr="009543B0">
              <w:rPr>
                <w:rFonts w:ascii="Times New Roman" w:hAnsi="Times New Roman" w:cs="Times New Roman"/>
                <w:b/>
                <w:bCs/>
              </w:rPr>
              <w:t>Annual Revenue/Budget (if applicable):</w:t>
            </w:r>
          </w:p>
          <w:p w14:paraId="6AC4A4AA" w14:textId="77777777" w:rsidR="00150C6E" w:rsidRPr="009543B0" w:rsidRDefault="00150C6E" w:rsidP="00D37E0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50C6E" w:rsidRPr="001502BE" w14:paraId="42979C4F" w14:textId="77777777" w:rsidTr="0023625E">
        <w:trPr>
          <w:trHeight w:val="1128"/>
        </w:trPr>
        <w:tc>
          <w:tcPr>
            <w:tcW w:w="9322" w:type="dxa"/>
            <w:gridSpan w:val="2"/>
          </w:tcPr>
          <w:p w14:paraId="2D0BC6BE" w14:textId="5824EDE4" w:rsidR="001502BE" w:rsidRPr="009543B0" w:rsidRDefault="00150C6E" w:rsidP="00D37E02">
            <w:pPr>
              <w:rPr>
                <w:rFonts w:ascii="Times New Roman" w:hAnsi="Times New Roman" w:cs="Times New Roman"/>
                <w:b/>
                <w:bCs/>
              </w:rPr>
            </w:pPr>
            <w:r w:rsidRPr="009543B0">
              <w:rPr>
                <w:rFonts w:ascii="Times New Roman" w:hAnsi="Times New Roman" w:cs="Times New Roman"/>
                <w:b/>
                <w:bCs/>
              </w:rPr>
              <w:t>What accounting services do you need assistance with?</w:t>
            </w:r>
          </w:p>
          <w:p w14:paraId="637E9ED4" w14:textId="5C79E0A9" w:rsidR="001502BE" w:rsidRPr="009543B0" w:rsidRDefault="001502BE" w:rsidP="009543B0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9543B0">
              <w:rPr>
                <w:rFonts w:ascii="Times New Roman" w:hAnsi="Times New Roman" w:cs="Times New Roman"/>
              </w:rPr>
              <w:t>Bookkeeping</w:t>
            </w:r>
          </w:p>
          <w:p w14:paraId="5A343723" w14:textId="07CB6FEB" w:rsidR="001502BE" w:rsidRPr="009543B0" w:rsidRDefault="001502BE" w:rsidP="009543B0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9543B0">
              <w:rPr>
                <w:rFonts w:ascii="Times New Roman" w:hAnsi="Times New Roman" w:cs="Times New Roman"/>
              </w:rPr>
              <w:t>Tax Preparation</w:t>
            </w:r>
          </w:p>
          <w:p w14:paraId="39129E99" w14:textId="0EDE5D3C" w:rsidR="001502BE" w:rsidRPr="009543B0" w:rsidRDefault="001502BE" w:rsidP="009543B0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9543B0">
              <w:rPr>
                <w:rFonts w:ascii="Times New Roman" w:hAnsi="Times New Roman" w:cs="Times New Roman"/>
              </w:rPr>
              <w:t>Financial Statements &amp; Reporting</w:t>
            </w:r>
          </w:p>
          <w:p w14:paraId="6783DE50" w14:textId="1886E3C4" w:rsidR="001502BE" w:rsidRPr="009543B0" w:rsidRDefault="001502BE" w:rsidP="009543B0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9543B0">
              <w:rPr>
                <w:rFonts w:ascii="Times New Roman" w:hAnsi="Times New Roman" w:cs="Times New Roman"/>
              </w:rPr>
              <w:t>Budgeting &amp; Forecasting</w:t>
            </w:r>
          </w:p>
          <w:p w14:paraId="70B3DAAD" w14:textId="1C8C87D4" w:rsidR="001502BE" w:rsidRPr="009543B0" w:rsidRDefault="001502BE" w:rsidP="009543B0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9543B0">
              <w:rPr>
                <w:rFonts w:ascii="Times New Roman" w:hAnsi="Times New Roman" w:cs="Times New Roman"/>
              </w:rPr>
              <w:t xml:space="preserve">Other (Please specify) </w:t>
            </w:r>
          </w:p>
          <w:p w14:paraId="201888BA" w14:textId="77777777" w:rsidR="001502BE" w:rsidRDefault="009543B0" w:rsidP="001502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957584" wp14:editId="5EC81FA5">
                      <wp:simplePos x="0" y="0"/>
                      <wp:positionH relativeFrom="column">
                        <wp:posOffset>1744579</wp:posOffset>
                      </wp:positionH>
                      <wp:positionV relativeFrom="paragraph">
                        <wp:posOffset>7955</wp:posOffset>
                      </wp:positionV>
                      <wp:extent cx="3621505" cy="0"/>
                      <wp:effectExtent l="0" t="0" r="10795" b="12700"/>
                      <wp:wrapNone/>
                      <wp:docPr id="109733102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2150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A5805D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35pt,.65pt" to="422.5pt,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" strokecolor="black [3213]" strokeweight=".25pt"/>
                  </w:pict>
                </mc:Fallback>
              </mc:AlternateContent>
            </w:r>
          </w:p>
          <w:p w14:paraId="58369FA7" w14:textId="3E72E6AA" w:rsidR="009543B0" w:rsidRPr="001502BE" w:rsidRDefault="009543B0" w:rsidP="001502BE">
            <w:pPr>
              <w:rPr>
                <w:rFonts w:ascii="Times New Roman" w:hAnsi="Times New Roman" w:cs="Times New Roman"/>
              </w:rPr>
            </w:pPr>
          </w:p>
        </w:tc>
      </w:tr>
    </w:tbl>
    <w:p w14:paraId="27FB48EF" w14:textId="77777777" w:rsidR="00150C6E" w:rsidRPr="001502BE" w:rsidRDefault="00150C6E">
      <w:pPr>
        <w:rPr>
          <w:rFonts w:ascii="Times New Roman" w:hAnsi="Times New Roman" w:cs="Times New Roman"/>
        </w:rPr>
      </w:pPr>
    </w:p>
    <w:p w14:paraId="3032A45E" w14:textId="671F2E42" w:rsidR="00150C6E" w:rsidRPr="001502BE" w:rsidRDefault="00150C6E" w:rsidP="00150C6E">
      <w:pPr>
        <w:rPr>
          <w:rFonts w:ascii="Times New Roman" w:hAnsi="Times New Roman" w:cs="Times New Roman"/>
          <w:b/>
          <w:bCs/>
        </w:rPr>
      </w:pPr>
    </w:p>
    <w:p w14:paraId="255A77A5" w14:textId="77777777" w:rsidR="001502BE" w:rsidRPr="001502BE" w:rsidRDefault="001502BE" w:rsidP="00150C6E">
      <w:pPr>
        <w:rPr>
          <w:rFonts w:ascii="Times New Roman" w:hAnsi="Times New Roman" w:cs="Times New Roman"/>
          <w:b/>
          <w:bCs/>
        </w:rPr>
      </w:pPr>
    </w:p>
    <w:p w14:paraId="70973692" w14:textId="77777777" w:rsidR="001502BE" w:rsidRPr="001502BE" w:rsidRDefault="001502BE" w:rsidP="00150C6E">
      <w:pPr>
        <w:rPr>
          <w:rFonts w:ascii="Times New Roman" w:hAnsi="Times New Roman" w:cs="Times New Roman"/>
          <w:b/>
          <w:bCs/>
        </w:rPr>
      </w:pPr>
    </w:p>
    <w:p w14:paraId="74ABA2B4" w14:textId="77777777" w:rsidR="001502BE" w:rsidRPr="001502BE" w:rsidRDefault="001502BE" w:rsidP="00150C6E">
      <w:pPr>
        <w:rPr>
          <w:rFonts w:ascii="Times New Roman" w:hAnsi="Times New Roman" w:cs="Times New Roman"/>
          <w:b/>
          <w:bCs/>
        </w:rPr>
      </w:pPr>
    </w:p>
    <w:p w14:paraId="14B69A18" w14:textId="77777777" w:rsidR="001502BE" w:rsidRPr="001502BE" w:rsidRDefault="001502BE" w:rsidP="00150C6E">
      <w:pPr>
        <w:rPr>
          <w:rFonts w:ascii="Times New Roman" w:hAnsi="Times New Roman" w:cs="Times New Roman"/>
          <w:b/>
          <w:bCs/>
        </w:rPr>
      </w:pPr>
    </w:p>
    <w:p w14:paraId="539B1E5F" w14:textId="77777777" w:rsidR="001502BE" w:rsidRPr="001502BE" w:rsidRDefault="001502BE" w:rsidP="00150C6E">
      <w:pPr>
        <w:rPr>
          <w:rFonts w:ascii="Times New Roman" w:hAnsi="Times New Roman" w:cs="Times New Roman"/>
          <w:b/>
          <w:bCs/>
        </w:rPr>
      </w:pPr>
    </w:p>
    <w:p w14:paraId="0598D533" w14:textId="77777777" w:rsidR="001502BE" w:rsidRPr="001502BE" w:rsidRDefault="001502BE" w:rsidP="00150C6E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1502BE" w:rsidRPr="001502BE" w14:paraId="3D7BA2C4" w14:textId="77777777" w:rsidTr="00D37E02">
        <w:tc>
          <w:tcPr>
            <w:tcW w:w="9322" w:type="dxa"/>
            <w:shd w:val="clear" w:color="auto" w:fill="002060"/>
          </w:tcPr>
          <w:p w14:paraId="1214A7F2" w14:textId="53D5D728" w:rsidR="001502BE" w:rsidRPr="001502BE" w:rsidRDefault="001502BE" w:rsidP="00D37E0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02BE">
              <w:rPr>
                <w:rFonts w:ascii="Times New Roman" w:hAnsi="Times New Roman" w:cs="Times New Roman"/>
                <w:b/>
                <w:bCs/>
              </w:rPr>
              <w:t>2.</w:t>
            </w:r>
            <w:r w:rsidRPr="001502BE">
              <w:rPr>
                <w:rFonts w:ascii="Times New Roman" w:hAnsi="Times New Roman" w:cs="Times New Roman"/>
                <w:b/>
                <w:bCs/>
              </w:rPr>
              <w:t xml:space="preserve"> Additional Notes</w:t>
            </w:r>
          </w:p>
        </w:tc>
      </w:tr>
      <w:tr w:rsidR="001502BE" w:rsidRPr="001502BE" w14:paraId="103E5330" w14:textId="77777777" w:rsidTr="00D37E02">
        <w:trPr>
          <w:trHeight w:val="3239"/>
        </w:trPr>
        <w:tc>
          <w:tcPr>
            <w:tcW w:w="9322" w:type="dxa"/>
          </w:tcPr>
          <w:p w14:paraId="1632E4C9" w14:textId="77777777" w:rsidR="001502BE" w:rsidRPr="009543B0" w:rsidRDefault="001502BE" w:rsidP="001502BE">
            <w:pPr>
              <w:rPr>
                <w:rFonts w:ascii="Times New Roman" w:hAnsi="Times New Roman" w:cs="Times New Roman"/>
                <w:b/>
                <w:bCs/>
              </w:rPr>
            </w:pPr>
            <w:r w:rsidRPr="009543B0">
              <w:rPr>
                <w:rFonts w:ascii="Times New Roman" w:hAnsi="Times New Roman" w:cs="Times New Roman"/>
                <w:b/>
                <w:bCs/>
              </w:rPr>
              <w:t>Please briefly describe the mission of your organisation and how our pro bono accounting services could support your goals:</w:t>
            </w:r>
          </w:p>
          <w:p w14:paraId="395F1891" w14:textId="77777777" w:rsidR="001502BE" w:rsidRPr="001502BE" w:rsidRDefault="001502BE" w:rsidP="00D37E02">
            <w:pPr>
              <w:rPr>
                <w:rFonts w:ascii="Times New Roman" w:hAnsi="Times New Roman" w:cs="Times New Roman"/>
              </w:rPr>
            </w:pPr>
          </w:p>
        </w:tc>
      </w:tr>
    </w:tbl>
    <w:p w14:paraId="56E767E0" w14:textId="77777777" w:rsidR="001502BE" w:rsidRPr="001502BE" w:rsidRDefault="001502BE">
      <w:pPr>
        <w:rPr>
          <w:rFonts w:ascii="Times New Roman" w:hAnsi="Times New Roman" w:cs="Times New Roman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1502BE" w:rsidRPr="001502BE" w14:paraId="78E4B2F7" w14:textId="77777777" w:rsidTr="00D37E02">
        <w:tc>
          <w:tcPr>
            <w:tcW w:w="9322" w:type="dxa"/>
            <w:shd w:val="clear" w:color="auto" w:fill="002060"/>
          </w:tcPr>
          <w:p w14:paraId="23A12A69" w14:textId="178F270E" w:rsidR="001502BE" w:rsidRPr="001502BE" w:rsidRDefault="001502BE" w:rsidP="00D37E0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02BE">
              <w:rPr>
                <w:rFonts w:ascii="Times New Roman" w:hAnsi="Times New Roman" w:cs="Times New Roman"/>
                <w:b/>
                <w:bCs/>
              </w:rPr>
              <w:t>3.</w:t>
            </w:r>
            <w:r w:rsidRPr="001502BE">
              <w:rPr>
                <w:rFonts w:ascii="Times New Roman" w:hAnsi="Times New Roman" w:cs="Times New Roman"/>
                <w:b/>
                <w:bCs/>
              </w:rPr>
              <w:t xml:space="preserve"> Additional Notes</w:t>
            </w:r>
          </w:p>
        </w:tc>
      </w:tr>
      <w:tr w:rsidR="001502BE" w:rsidRPr="001502BE" w14:paraId="5F1FAD84" w14:textId="77777777" w:rsidTr="00D37E02">
        <w:trPr>
          <w:trHeight w:val="3239"/>
        </w:trPr>
        <w:tc>
          <w:tcPr>
            <w:tcW w:w="9322" w:type="dxa"/>
          </w:tcPr>
          <w:p w14:paraId="3C91EFE4" w14:textId="77777777" w:rsidR="001502BE" w:rsidRPr="009543B0" w:rsidRDefault="001502BE" w:rsidP="001502BE">
            <w:pPr>
              <w:rPr>
                <w:rFonts w:ascii="Times New Roman" w:hAnsi="Times New Roman" w:cs="Times New Roman"/>
                <w:b/>
                <w:bCs/>
              </w:rPr>
            </w:pPr>
            <w:r w:rsidRPr="009543B0">
              <w:rPr>
                <w:rFonts w:ascii="Times New Roman" w:hAnsi="Times New Roman" w:cs="Times New Roman"/>
                <w:b/>
                <w:bCs/>
              </w:rPr>
              <w:t>Please share any additional information or special considerations we should know about:</w:t>
            </w:r>
          </w:p>
          <w:p w14:paraId="39324F18" w14:textId="77777777" w:rsidR="001502BE" w:rsidRPr="009543B0" w:rsidRDefault="001502BE" w:rsidP="00D37E0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A11275B" w14:textId="77777777" w:rsidR="001502BE" w:rsidRPr="009543B0" w:rsidRDefault="001502BE" w:rsidP="00D37E0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A1533A9" w14:textId="77777777" w:rsidR="00445267" w:rsidRPr="001502BE" w:rsidRDefault="00445267">
      <w:pPr>
        <w:rPr>
          <w:rFonts w:ascii="Times New Roman" w:hAnsi="Times New Roman" w:cs="Times New Roman"/>
        </w:rPr>
      </w:pPr>
    </w:p>
    <w:p w14:paraId="18C95167" w14:textId="77940BF9" w:rsidR="00445267" w:rsidRPr="001502BE" w:rsidRDefault="00000000">
      <w:pPr>
        <w:rPr>
          <w:rFonts w:ascii="Times New Roman" w:hAnsi="Times New Roman" w:cs="Times New Roman"/>
          <w:b/>
          <w:bCs/>
        </w:rPr>
      </w:pPr>
      <w:r w:rsidRPr="001502BE">
        <w:rPr>
          <w:rFonts w:ascii="Times New Roman" w:hAnsi="Times New Roman" w:cs="Times New Roman"/>
          <w:b/>
          <w:bCs/>
        </w:rPr>
        <w:t>Consent:</w:t>
      </w:r>
    </w:p>
    <w:p w14:paraId="637DB264" w14:textId="33963E6B" w:rsidR="001502BE" w:rsidRPr="001502BE" w:rsidRDefault="001502BE" w:rsidP="001502BE">
      <w:pPr>
        <w:rPr>
          <w:rFonts w:ascii="Times New Roman" w:hAnsi="Times New Roman" w:cs="Times New Roman"/>
        </w:rPr>
      </w:pPr>
      <w:r w:rsidRPr="001502BE">
        <w:rPr>
          <w:rFonts w:ascii="Times New Roman" w:hAnsi="Times New Roman" w:cs="Times New Roman"/>
        </w:rPr>
        <w:t xml:space="preserve">By submitting this form, </w:t>
      </w:r>
      <w:r w:rsidR="00000000" w:rsidRPr="001502BE">
        <w:rPr>
          <w:rFonts w:ascii="Times New Roman" w:hAnsi="Times New Roman" w:cs="Times New Roman"/>
        </w:rPr>
        <w:t xml:space="preserve">I confirm that the information provided is accurate to the best of my knowledge. I consent to </w:t>
      </w:r>
      <w:r w:rsidRPr="001502BE">
        <w:rPr>
          <w:rFonts w:ascii="Times New Roman" w:hAnsi="Times New Roman" w:cs="Times New Roman"/>
        </w:rPr>
        <w:t>LKO</w:t>
      </w:r>
      <w:r w:rsidR="00000000" w:rsidRPr="001502BE">
        <w:rPr>
          <w:rFonts w:ascii="Times New Roman" w:hAnsi="Times New Roman" w:cs="Times New Roman"/>
        </w:rPr>
        <w:t xml:space="preserve"> Accounting reviewing this application and potentially contacting me for further details.</w:t>
      </w:r>
    </w:p>
    <w:p w14:paraId="78490E3D" w14:textId="6831930C" w:rsidR="00445267" w:rsidRPr="001502BE" w:rsidRDefault="00000000" w:rsidP="001502BE">
      <w:pPr>
        <w:rPr>
          <w:rFonts w:ascii="Times New Roman" w:hAnsi="Times New Roman" w:cs="Times New Roman"/>
          <w:b/>
          <w:bCs/>
        </w:rPr>
      </w:pPr>
      <w:r w:rsidRPr="001502BE">
        <w:rPr>
          <w:rFonts w:ascii="Times New Roman" w:hAnsi="Times New Roman" w:cs="Times New Roman"/>
          <w:b/>
          <w:bCs/>
        </w:rPr>
        <w:t>Submission Instructions:</w:t>
      </w:r>
    </w:p>
    <w:p w14:paraId="25B42190" w14:textId="06C44D72" w:rsidR="00445267" w:rsidRPr="001502BE" w:rsidRDefault="00000000" w:rsidP="001502BE">
      <w:pPr>
        <w:rPr>
          <w:rFonts w:ascii="Times New Roman" w:hAnsi="Times New Roman" w:cs="Times New Roman"/>
        </w:rPr>
      </w:pPr>
      <w:r w:rsidRPr="001502BE">
        <w:rPr>
          <w:rFonts w:ascii="Times New Roman" w:hAnsi="Times New Roman" w:cs="Times New Roman"/>
        </w:rPr>
        <w:t xml:space="preserve">Once you’ve completed this form, please email it to </w:t>
      </w:r>
      <w:hyperlink r:id="rId8" w:history="1">
        <w:r w:rsidR="001502BE" w:rsidRPr="001502BE">
          <w:rPr>
            <w:rStyle w:val="Hyperlink"/>
            <w:rFonts w:ascii="Times New Roman" w:hAnsi="Times New Roman" w:cs="Times New Roman"/>
          </w:rPr>
          <w:t>info@lkoaccounting.com</w:t>
        </w:r>
      </w:hyperlink>
      <w:r w:rsidR="001502BE" w:rsidRPr="001502BE">
        <w:rPr>
          <w:rFonts w:ascii="Times New Roman" w:hAnsi="Times New Roman" w:cs="Times New Roman"/>
        </w:rPr>
        <w:t xml:space="preserve">. </w:t>
      </w:r>
      <w:r w:rsidRPr="001502BE">
        <w:rPr>
          <w:rFonts w:ascii="Times New Roman" w:hAnsi="Times New Roman" w:cs="Times New Roman"/>
        </w:rPr>
        <w:t>We will review your application and be in touch shortly.</w:t>
      </w:r>
    </w:p>
    <w:sectPr w:rsidR="00445267" w:rsidRPr="001502BE" w:rsidSect="00034616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AF006" w14:textId="77777777" w:rsidR="009C69F9" w:rsidRDefault="009C69F9" w:rsidP="00150C6E">
      <w:pPr>
        <w:spacing w:after="0" w:line="240" w:lineRule="auto"/>
      </w:pPr>
      <w:r>
        <w:separator/>
      </w:r>
    </w:p>
  </w:endnote>
  <w:endnote w:type="continuationSeparator" w:id="0">
    <w:p w14:paraId="07FFB1DC" w14:textId="77777777" w:rsidR="009C69F9" w:rsidRDefault="009C69F9" w:rsidP="00150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268BA" w14:textId="166E5A22" w:rsidR="001502BE" w:rsidRDefault="001502BE" w:rsidP="001502BE">
    <w:pPr>
      <w:pStyle w:val="Footer"/>
      <w:jc w:val="center"/>
    </w:pPr>
    <w:r>
      <w:rPr>
        <w:rStyle w:val="oypena"/>
        <w:color w:val="132B47"/>
      </w:rPr>
      <w:t>© 2025 LKO Accounting.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96A6B" w14:textId="77777777" w:rsidR="009C69F9" w:rsidRDefault="009C69F9" w:rsidP="00150C6E">
      <w:pPr>
        <w:spacing w:after="0" w:line="240" w:lineRule="auto"/>
      </w:pPr>
      <w:r>
        <w:separator/>
      </w:r>
    </w:p>
  </w:footnote>
  <w:footnote w:type="continuationSeparator" w:id="0">
    <w:p w14:paraId="66ADE0D0" w14:textId="77777777" w:rsidR="009C69F9" w:rsidRDefault="009C69F9" w:rsidP="00150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8300A" w14:textId="35010731" w:rsidR="00150C6E" w:rsidRDefault="00150C6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37DC449" wp14:editId="2C6FAB60">
          <wp:simplePos x="0" y="0"/>
          <wp:positionH relativeFrom="column">
            <wp:posOffset>2150771</wp:posOffset>
          </wp:positionH>
          <wp:positionV relativeFrom="paragraph">
            <wp:posOffset>-167666</wp:posOffset>
          </wp:positionV>
          <wp:extent cx="963930" cy="963930"/>
          <wp:effectExtent l="0" t="0" r="0" b="0"/>
          <wp:wrapSquare wrapText="bothSides"/>
          <wp:docPr id="1832621142" name="Picture 1" descr="A black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2621142" name="Picture 1" descr="A black background with blue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3930" cy="96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A5A3D27"/>
    <w:multiLevelType w:val="hybridMultilevel"/>
    <w:tmpl w:val="A30441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9760A"/>
    <w:multiLevelType w:val="hybridMultilevel"/>
    <w:tmpl w:val="536E36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5D5582"/>
    <w:multiLevelType w:val="hybridMultilevel"/>
    <w:tmpl w:val="CE9A93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627462">
    <w:abstractNumId w:val="8"/>
  </w:num>
  <w:num w:numId="2" w16cid:durableId="1120682275">
    <w:abstractNumId w:val="6"/>
  </w:num>
  <w:num w:numId="3" w16cid:durableId="358556822">
    <w:abstractNumId w:val="5"/>
  </w:num>
  <w:num w:numId="4" w16cid:durableId="927738325">
    <w:abstractNumId w:val="4"/>
  </w:num>
  <w:num w:numId="5" w16cid:durableId="194586036">
    <w:abstractNumId w:val="7"/>
  </w:num>
  <w:num w:numId="6" w16cid:durableId="258412629">
    <w:abstractNumId w:val="3"/>
  </w:num>
  <w:num w:numId="7" w16cid:durableId="1789860693">
    <w:abstractNumId w:val="2"/>
  </w:num>
  <w:num w:numId="8" w16cid:durableId="412241014">
    <w:abstractNumId w:val="1"/>
  </w:num>
  <w:num w:numId="9" w16cid:durableId="2099402494">
    <w:abstractNumId w:val="0"/>
  </w:num>
  <w:num w:numId="10" w16cid:durableId="1154445401">
    <w:abstractNumId w:val="11"/>
  </w:num>
  <w:num w:numId="11" w16cid:durableId="520898854">
    <w:abstractNumId w:val="9"/>
  </w:num>
  <w:num w:numId="12" w16cid:durableId="13978242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2BE"/>
    <w:rsid w:val="0015074B"/>
    <w:rsid w:val="00150C6E"/>
    <w:rsid w:val="0029639D"/>
    <w:rsid w:val="00326F90"/>
    <w:rsid w:val="00445267"/>
    <w:rsid w:val="009543B0"/>
    <w:rsid w:val="009C69F9"/>
    <w:rsid w:val="00AA1D8D"/>
    <w:rsid w:val="00B47730"/>
    <w:rsid w:val="00CB0664"/>
    <w:rsid w:val="00D46EF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1CE87D"/>
  <w14:defaultImageDpi w14:val="300"/>
  <w15:docId w15:val="{A1D13F45-8323-A94E-81DC-042B2904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1502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02BE"/>
    <w:rPr>
      <w:color w:val="605E5C"/>
      <w:shd w:val="clear" w:color="auto" w:fill="E1DFDD"/>
    </w:rPr>
  </w:style>
  <w:style w:type="character" w:customStyle="1" w:styleId="oypena">
    <w:name w:val="oypena"/>
    <w:basedOn w:val="DefaultParagraphFont"/>
    <w:rsid w:val="00150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koaccounting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Elizabeth Oamen</cp:lastModifiedBy>
  <cp:revision>2</cp:revision>
  <dcterms:created xsi:type="dcterms:W3CDTF">2013-12-23T23:15:00Z</dcterms:created>
  <dcterms:modified xsi:type="dcterms:W3CDTF">2025-04-09T10:42:00Z</dcterms:modified>
  <cp:category/>
</cp:coreProperties>
</file>